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F2BFE" w14:textId="77777777" w:rsidR="007F4ACE" w:rsidRPr="00836A5A" w:rsidRDefault="007953F6" w:rsidP="007F4ACE">
      <w:pPr>
        <w:pStyle w:val="Title"/>
        <w:jc w:val="center"/>
        <w:rPr>
          <w:sz w:val="36"/>
          <w:szCs w:val="36"/>
        </w:rPr>
      </w:pPr>
      <w:r w:rsidRPr="00836A5A">
        <w:rPr>
          <w:sz w:val="36"/>
          <w:szCs w:val="36"/>
        </w:rPr>
        <w:t>Shepherdswell Summer Fete 2026</w:t>
      </w:r>
      <w:r w:rsidR="007F4ACE" w:rsidRPr="00836A5A">
        <w:rPr>
          <w:sz w:val="36"/>
          <w:szCs w:val="36"/>
        </w:rPr>
        <w:t xml:space="preserve"> </w:t>
      </w:r>
    </w:p>
    <w:p w14:paraId="1A927E85" w14:textId="76CEB040" w:rsidR="000C1805" w:rsidRPr="00836A5A" w:rsidRDefault="00294147" w:rsidP="007F4ACE">
      <w:pPr>
        <w:pStyle w:val="Title"/>
        <w:jc w:val="center"/>
        <w:rPr>
          <w:sz w:val="36"/>
          <w:szCs w:val="36"/>
        </w:rPr>
      </w:pPr>
      <w:r w:rsidRPr="00836A5A">
        <w:rPr>
          <w:sz w:val="36"/>
          <w:szCs w:val="36"/>
        </w:rPr>
        <w:t xml:space="preserve">Application Form </w:t>
      </w:r>
      <w:r w:rsidR="00B504E0">
        <w:rPr>
          <w:sz w:val="36"/>
          <w:szCs w:val="36"/>
        </w:rPr>
        <w:t xml:space="preserve">For </w:t>
      </w:r>
      <w:r w:rsidR="007953F6" w:rsidRPr="00836A5A">
        <w:rPr>
          <w:sz w:val="36"/>
          <w:szCs w:val="36"/>
        </w:rPr>
        <w:t>Dog Show Competition</w:t>
      </w:r>
    </w:p>
    <w:p w14:paraId="18A1DE52" w14:textId="457B226C" w:rsidR="000C1805" w:rsidRDefault="007953F6" w:rsidP="16228D10">
      <w:pPr>
        <w:rPr>
          <w:sz w:val="24"/>
          <w:szCs w:val="24"/>
        </w:rPr>
      </w:pPr>
      <w:r w:rsidRPr="16228D10">
        <w:rPr>
          <w:sz w:val="24"/>
          <w:szCs w:val="24"/>
        </w:rPr>
        <w:t>Saturday 4th July 2026</w:t>
      </w:r>
      <w:r w:rsidR="00294147">
        <w:rPr>
          <w:sz w:val="24"/>
          <w:szCs w:val="24"/>
        </w:rPr>
        <w:t xml:space="preserve">, </w:t>
      </w:r>
      <w:r w:rsidRPr="16228D10">
        <w:rPr>
          <w:sz w:val="24"/>
          <w:szCs w:val="24"/>
        </w:rPr>
        <w:t>Shepherdswell Recreation Ground, CT15 7NZ</w:t>
      </w:r>
      <w:r w:rsidR="00294147">
        <w:rPr>
          <w:sz w:val="24"/>
          <w:szCs w:val="24"/>
        </w:rPr>
        <w:t>- time of competition</w:t>
      </w:r>
      <w:r w:rsidR="00836A5A">
        <w:rPr>
          <w:sz w:val="24"/>
          <w:szCs w:val="24"/>
        </w:rPr>
        <w:t xml:space="preserve"> will</w:t>
      </w:r>
      <w:r w:rsidR="00294147">
        <w:rPr>
          <w:sz w:val="24"/>
          <w:szCs w:val="24"/>
        </w:rPr>
        <w:t xml:space="preserve"> be confirmed</w:t>
      </w:r>
      <w:r w:rsidR="00836A5A">
        <w:rPr>
          <w:sz w:val="24"/>
          <w:szCs w:val="24"/>
        </w:rPr>
        <w:t>.</w:t>
      </w:r>
    </w:p>
    <w:p w14:paraId="3B7F8A53" w14:textId="77777777" w:rsidR="000C1805" w:rsidRDefault="007953F6">
      <w:pPr>
        <w:pStyle w:val="Heading1"/>
      </w:pPr>
      <w:r>
        <w:t>Owner Details</w:t>
      </w:r>
    </w:p>
    <w:p w14:paraId="32770A3F" w14:textId="25BC693D" w:rsidR="000C1805" w:rsidRDefault="007953F6">
      <w:r>
        <w:t>Name: ________________________________</w:t>
      </w:r>
    </w:p>
    <w:p w14:paraId="2952E315" w14:textId="77777777" w:rsidR="000C1805" w:rsidRDefault="007953F6">
      <w:r>
        <w:t>Address: ________________________________</w:t>
      </w:r>
    </w:p>
    <w:p w14:paraId="2BB95CF7" w14:textId="77777777" w:rsidR="000C1805" w:rsidRDefault="007953F6">
      <w:r>
        <w:t>Phone Number: __________________________</w:t>
      </w:r>
    </w:p>
    <w:p w14:paraId="2A35D91C" w14:textId="77777777" w:rsidR="000C1805" w:rsidRDefault="007953F6">
      <w:r>
        <w:t>Email Address: __________________________</w:t>
      </w:r>
    </w:p>
    <w:p w14:paraId="1859DB6A" w14:textId="77777777" w:rsidR="000C1805" w:rsidRDefault="007953F6">
      <w:pPr>
        <w:pStyle w:val="Heading1"/>
      </w:pPr>
      <w:r>
        <w:t>Dog Details</w:t>
      </w:r>
    </w:p>
    <w:p w14:paraId="306FA026" w14:textId="77777777" w:rsidR="000C1805" w:rsidRDefault="007953F6">
      <w:r>
        <w:t>Dog’s Name: _____________________________________________</w:t>
      </w:r>
    </w:p>
    <w:p w14:paraId="0430EEA2" w14:textId="77777777" w:rsidR="000C1805" w:rsidRDefault="007953F6">
      <w:r>
        <w:t>Breed / Type: ____________________________________________</w:t>
      </w:r>
    </w:p>
    <w:p w14:paraId="1E1759E3" w14:textId="77777777" w:rsidR="000C1805" w:rsidRDefault="007953F6">
      <w:r>
        <w:t>Age: ____________________</w:t>
      </w:r>
    </w:p>
    <w:p w14:paraId="672A6659" w14:textId="6B0DB850" w:rsidR="000C1805" w:rsidRPr="00836A5A" w:rsidRDefault="007953F6" w:rsidP="16228D10">
      <w:r>
        <w:t>Sex</w:t>
      </w:r>
      <w:r w:rsidR="4391A4AE">
        <w:t>- please mark with a tick as appropriate</w:t>
      </w:r>
      <w:r>
        <w:t>: ☐ Male   ☐ Female</w:t>
      </w:r>
    </w:p>
    <w:p w14:paraId="5763BEC8" w14:textId="235C435E" w:rsidR="000C1805" w:rsidRDefault="007953F6">
      <w:r w:rsidRPr="16228D10">
        <w:rPr>
          <w:sz w:val="24"/>
          <w:szCs w:val="24"/>
        </w:rPr>
        <w:t xml:space="preserve">Please comment on any </w:t>
      </w:r>
      <w:r w:rsidR="5D6D4FE1" w:rsidRPr="16228D10">
        <w:rPr>
          <w:sz w:val="24"/>
          <w:szCs w:val="24"/>
        </w:rPr>
        <w:t>behavioral</w:t>
      </w:r>
      <w:r w:rsidRPr="16228D10">
        <w:rPr>
          <w:sz w:val="24"/>
          <w:szCs w:val="24"/>
        </w:rPr>
        <w:t xml:space="preserve"> details we should be aware of:</w:t>
      </w:r>
    </w:p>
    <w:p w14:paraId="55619C47" w14:textId="4D2C6015" w:rsidR="000C1805" w:rsidRDefault="007953F6">
      <w:r>
        <w:t>_________________________________________________________________________________________________________</w:t>
      </w:r>
    </w:p>
    <w:p w14:paraId="12CA1056" w14:textId="77777777" w:rsidR="000C1805" w:rsidRDefault="007953F6">
      <w:pPr>
        <w:pStyle w:val="Heading1"/>
      </w:pPr>
      <w:r>
        <w:t>Classes Entered</w:t>
      </w:r>
    </w:p>
    <w:p w14:paraId="0A37501D" w14:textId="02D2AB7A" w:rsidR="000C1805" w:rsidRDefault="007953F6">
      <w:r>
        <w:t>The cost is £2 per entry with the Best in Show free to entrants on other categories</w:t>
      </w:r>
      <w:r w:rsidR="00836A5A">
        <w:t xml:space="preserve">. On receipt of your </w:t>
      </w:r>
      <w:r w:rsidR="00FB3866">
        <w:t>application,</w:t>
      </w:r>
      <w:r w:rsidR="00836A5A">
        <w:t xml:space="preserve"> we will </w:t>
      </w:r>
      <w:r w:rsidR="00FB3866">
        <w:t xml:space="preserve">confirm your entry and </w:t>
      </w:r>
      <w:r w:rsidR="00836A5A">
        <w:t>supply payment information.</w:t>
      </w:r>
    </w:p>
    <w:p w14:paraId="3F420248" w14:textId="77777777" w:rsidR="000C1805" w:rsidRDefault="007953F6">
      <w:r>
        <w:t>☐ Best looking Male or Female Dog</w:t>
      </w:r>
    </w:p>
    <w:p w14:paraId="489E50E0" w14:textId="77777777" w:rsidR="000C1805" w:rsidRDefault="007953F6">
      <w:r>
        <w:t>☐ Best Handled Dog</w:t>
      </w:r>
    </w:p>
    <w:p w14:paraId="5D28072C" w14:textId="77777777" w:rsidR="000C1805" w:rsidRDefault="007953F6">
      <w:r>
        <w:t>☐ Dog that looks most like its owner</w:t>
      </w:r>
    </w:p>
    <w:p w14:paraId="243853CD" w14:textId="77777777" w:rsidR="000C1805" w:rsidRDefault="007953F6">
      <w:r>
        <w:t>☐ Best in Show (no fee applies)</w:t>
      </w:r>
    </w:p>
    <w:p w14:paraId="5BAB57B8" w14:textId="77777777" w:rsidR="000C1805" w:rsidRDefault="007953F6">
      <w:pPr>
        <w:pStyle w:val="Heading1"/>
      </w:pPr>
      <w:r>
        <w:lastRenderedPageBreak/>
        <w:t>Declaration</w:t>
      </w:r>
    </w:p>
    <w:p w14:paraId="34108E64" w14:textId="3C910342" w:rsidR="000C1805" w:rsidRDefault="007953F6">
      <w:r>
        <w:t>By signing this application, I confirm that my dog is healthy, vaccinated, and safe to participate in a public event. I accept</w:t>
      </w:r>
      <w:r w:rsidR="00836A5A">
        <w:t xml:space="preserve"> I am</w:t>
      </w:r>
      <w:r>
        <w:t xml:space="preserve"> full responsib</w:t>
      </w:r>
      <w:r w:rsidR="00836A5A">
        <w:t xml:space="preserve">le </w:t>
      </w:r>
      <w:r>
        <w:t xml:space="preserve">for my dog’s </w:t>
      </w:r>
      <w:r w:rsidR="004B76E2">
        <w:t>behavior</w:t>
      </w:r>
      <w:r>
        <w:t xml:space="preserve"> during the show and at the Fete.</w:t>
      </w:r>
    </w:p>
    <w:p w14:paraId="52CBE35D" w14:textId="19FF7285" w:rsidR="000C1805" w:rsidRDefault="007953F6">
      <w:r>
        <w:t>Applicants Signature</w:t>
      </w:r>
      <w:r w:rsidR="001F6ED6">
        <w:t xml:space="preserve"> (Sign or Type your Name here)</w:t>
      </w:r>
      <w:r>
        <w:t>: ________________________________</w:t>
      </w:r>
    </w:p>
    <w:p w14:paraId="4E5EDB39" w14:textId="428ADFC3" w:rsidR="000C1805" w:rsidRDefault="007953F6">
      <w:r>
        <w:t>Date of Signature</w:t>
      </w:r>
      <w:r w:rsidR="001F6ED6">
        <w:t xml:space="preserve"> (</w:t>
      </w:r>
      <w:r w:rsidR="00570106">
        <w:t>DD/MM)</w:t>
      </w:r>
      <w:r>
        <w:t>: ____________________</w:t>
      </w:r>
    </w:p>
    <w:p w14:paraId="05EB2947" w14:textId="77777777" w:rsidR="000C1805" w:rsidRDefault="007953F6">
      <w:pPr>
        <w:pStyle w:val="Heading1"/>
      </w:pPr>
      <w:r>
        <w:t>For Committee Use Only</w:t>
      </w:r>
    </w:p>
    <w:p w14:paraId="344CAB42" w14:textId="6B719C5E" w:rsidR="000C1805" w:rsidRDefault="007953F6">
      <w:r>
        <w:t>Entry fee paid: £</w:t>
      </w:r>
      <w:r w:rsidR="004B76E2">
        <w:t xml:space="preserve"> ____________________</w:t>
      </w:r>
    </w:p>
    <w:p w14:paraId="6F18FCC2" w14:textId="77777777" w:rsidR="000C1805" w:rsidRDefault="007953F6">
      <w:r>
        <w:t>Class numbers issued: ____________________</w:t>
      </w:r>
    </w:p>
    <w:p w14:paraId="2F94E025" w14:textId="77777777" w:rsidR="000C1805" w:rsidRDefault="007953F6">
      <w:r>
        <w:t>Notes: ________________________________________________</w:t>
      </w:r>
    </w:p>
    <w:sectPr w:rsidR="000C1805" w:rsidSect="00034616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20F45" w14:textId="77777777" w:rsidR="00053FCC" w:rsidRDefault="00053FCC" w:rsidP="004B76E2">
      <w:pPr>
        <w:spacing w:after="0" w:line="240" w:lineRule="auto"/>
      </w:pPr>
      <w:r>
        <w:separator/>
      </w:r>
    </w:p>
  </w:endnote>
  <w:endnote w:type="continuationSeparator" w:id="0">
    <w:p w14:paraId="2D633056" w14:textId="77777777" w:rsidR="00053FCC" w:rsidRDefault="00053FCC" w:rsidP="004B7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98BC1" w14:textId="2717EC51" w:rsidR="004B76E2" w:rsidRDefault="004B76E2">
    <w:pPr>
      <w:pStyle w:val="Footer"/>
    </w:pPr>
    <w:r>
      <w:rPr>
        <w:lang w:val="en-GB"/>
      </w:rPr>
      <w:t xml:space="preserve">Page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en-GB"/>
      </w:rPr>
      <w:t>1</w:t>
    </w:r>
    <w:r>
      <w:rPr>
        <w:b/>
        <w:bCs/>
      </w:rPr>
      <w:fldChar w:fldCharType="end"/>
    </w:r>
    <w:r>
      <w:rPr>
        <w:lang w:val="en-GB"/>
      </w:rPr>
      <w:t xml:space="preserve"> of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en-GB"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BE0AA" w14:textId="77777777" w:rsidR="00053FCC" w:rsidRDefault="00053FCC" w:rsidP="004B76E2">
      <w:pPr>
        <w:spacing w:after="0" w:line="240" w:lineRule="auto"/>
      </w:pPr>
      <w:r>
        <w:separator/>
      </w:r>
    </w:p>
  </w:footnote>
  <w:footnote w:type="continuationSeparator" w:id="0">
    <w:p w14:paraId="25757EB3" w14:textId="77777777" w:rsidR="00053FCC" w:rsidRDefault="00053FCC" w:rsidP="004B76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46341519">
    <w:abstractNumId w:val="8"/>
  </w:num>
  <w:num w:numId="2" w16cid:durableId="1641302424">
    <w:abstractNumId w:val="6"/>
  </w:num>
  <w:num w:numId="3" w16cid:durableId="1907763740">
    <w:abstractNumId w:val="5"/>
  </w:num>
  <w:num w:numId="4" w16cid:durableId="1300957673">
    <w:abstractNumId w:val="4"/>
  </w:num>
  <w:num w:numId="5" w16cid:durableId="92480803">
    <w:abstractNumId w:val="7"/>
  </w:num>
  <w:num w:numId="6" w16cid:durableId="743181231">
    <w:abstractNumId w:val="3"/>
  </w:num>
  <w:num w:numId="7" w16cid:durableId="216674140">
    <w:abstractNumId w:val="2"/>
  </w:num>
  <w:num w:numId="8" w16cid:durableId="897589688">
    <w:abstractNumId w:val="1"/>
  </w:num>
  <w:num w:numId="9" w16cid:durableId="589239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3FCC"/>
    <w:rsid w:val="0006063C"/>
    <w:rsid w:val="000C1805"/>
    <w:rsid w:val="0015074B"/>
    <w:rsid w:val="001F6ED6"/>
    <w:rsid w:val="00294147"/>
    <w:rsid w:val="0029639D"/>
    <w:rsid w:val="003017F2"/>
    <w:rsid w:val="00326F90"/>
    <w:rsid w:val="003C647E"/>
    <w:rsid w:val="004B76E2"/>
    <w:rsid w:val="00570106"/>
    <w:rsid w:val="007953F6"/>
    <w:rsid w:val="007F4ACE"/>
    <w:rsid w:val="008121E4"/>
    <w:rsid w:val="00836A5A"/>
    <w:rsid w:val="00AA1D8D"/>
    <w:rsid w:val="00AD7B90"/>
    <w:rsid w:val="00B47730"/>
    <w:rsid w:val="00B504E0"/>
    <w:rsid w:val="00CB0664"/>
    <w:rsid w:val="00E24145"/>
    <w:rsid w:val="00EF79A0"/>
    <w:rsid w:val="00FB3866"/>
    <w:rsid w:val="00FC693F"/>
    <w:rsid w:val="00FE247F"/>
    <w:rsid w:val="0B9D2F3E"/>
    <w:rsid w:val="16228D10"/>
    <w:rsid w:val="1EBB04CA"/>
    <w:rsid w:val="28BED26F"/>
    <w:rsid w:val="4391A4AE"/>
    <w:rsid w:val="5D6D4FE1"/>
    <w:rsid w:val="6D50802E"/>
    <w:rsid w:val="74FC011F"/>
    <w:rsid w:val="75C7A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9176CE68-F4D4-486B-AD5D-62B936A3C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Parish Clerk</cp:lastModifiedBy>
  <cp:revision>3</cp:revision>
  <dcterms:created xsi:type="dcterms:W3CDTF">2026-05-26T08:59:00Z</dcterms:created>
  <dcterms:modified xsi:type="dcterms:W3CDTF">2026-05-26T09:00:00Z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a6f01b5-c24b-4fa8-8e8f-cee31f47fe31_Enabled">
    <vt:lpwstr>true</vt:lpwstr>
  </property>
  <property fmtid="{D5CDD505-2E9C-101B-9397-08002B2CF9AE}" pid="3" name="MSIP_Label_fa6f01b5-c24b-4fa8-8e8f-cee31f47fe31_SetDate">
    <vt:lpwstr>2026-05-25T13:02:00Z</vt:lpwstr>
  </property>
  <property fmtid="{D5CDD505-2E9C-101B-9397-08002B2CF9AE}" pid="4" name="MSIP_Label_fa6f01b5-c24b-4fa8-8e8f-cee31f47fe31_Method">
    <vt:lpwstr>Privileged</vt:lpwstr>
  </property>
  <property fmtid="{D5CDD505-2E9C-101B-9397-08002B2CF9AE}" pid="5" name="MSIP_Label_fa6f01b5-c24b-4fa8-8e8f-cee31f47fe31_Name">
    <vt:lpwstr>fa6f01b5-c24b-4fa8-8e8f-cee31f47fe31</vt:lpwstr>
  </property>
  <property fmtid="{D5CDD505-2E9C-101B-9397-08002B2CF9AE}" pid="6" name="MSIP_Label_fa6f01b5-c24b-4fa8-8e8f-cee31f47fe31_SiteId">
    <vt:lpwstr>7a916015-20ae-4ad1-9170-eefd915e9272</vt:lpwstr>
  </property>
  <property fmtid="{D5CDD505-2E9C-101B-9397-08002B2CF9AE}" pid="7" name="MSIP_Label_fa6f01b5-c24b-4fa8-8e8f-cee31f47fe31_ActionId">
    <vt:lpwstr>77974c3f-fe78-4af4-aa83-0970c7522e1c</vt:lpwstr>
  </property>
  <property fmtid="{D5CDD505-2E9C-101B-9397-08002B2CF9AE}" pid="8" name="MSIP_Label_fa6f01b5-c24b-4fa8-8e8f-cee31f47fe31_ContentBits">
    <vt:lpwstr>0</vt:lpwstr>
  </property>
  <property fmtid="{D5CDD505-2E9C-101B-9397-08002B2CF9AE}" pid="9" name="MSIP_Label_fa6f01b5-c24b-4fa8-8e8f-cee31f47fe31_Tag">
    <vt:lpwstr>10, 0, 1, 2</vt:lpwstr>
  </property>
</Properties>
</file>